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6917"/>
        <w:gridCol w:w="1474"/>
        <w:gridCol w:w="2381"/>
      </w:tblGrid>
      <w:tr>
        <w:trPr>
          <w:cantSplit/>
          <w:trHeight w:val="351" w:hRule="atLeast"/>
        </w:trPr>
        <w:tc>
          <w:tcPr>
            <w:tcW w:type="dxa" w:w="6917"/>
            <w:vMerge w:val="restart"/>
            <w:tcBorders>
              <w:top w:val="nil"/>
              <w:left w:val="nil"/>
              <w:bottom w:val="nil"/>
              <w:right w:val="nil"/>
            </w:tcBorders>
            <w:vAlign w:val="top"/>
          </w:tcPr>
          <w:p>
            <w:pPr>
              <w:bidi/>
              <w:spacing w:before="0" w:after="0"/>
            </w:pPr>
            <w:r>
              <w:rPr>
                <w:rFonts w:ascii="Arial" w:hAnsi="Arial" w:eastAsia="Arial" w:cs="Arial"/>
                <w:b/>
                <w:bCs/>
                <w:color w:val="0B2A5B"/>
                <w:sz w:val="28"/>
                <w:szCs w:val="28"/>
                <w:rtl/>
              </w:rPr>
              <w:t xml:space="preserve">نموذج طلب سيارة من الشركة</w:t>
            </w:r>
          </w:p>
          <w:p>
            <w:pPr>
              <w:bidi/>
              <w:spacing w:before="40" w:after="0"/>
            </w:pPr>
            <w:r>
              <w:rPr>
                <w:rFonts w:ascii="Arial" w:hAnsi="Arial" w:eastAsia="Arial" w:cs="Arial"/>
                <w:color w:val="5B6675"/>
                <w:sz w:val="15"/>
                <w:szCs w:val="15"/>
                <w:rtl/>
              </w:rPr>
              <w:t xml:space="preserve">لحجز سيارة من سيارات الشركة المشتركة لرحلة عمل. قدّم الطلب قبل الرحلة بـ [24 ساعة] على الأقل، بنموذج واحد لكل رحلة.</w:t>
            </w:r>
          </w:p>
        </w:tc>
        <w:tc>
          <w:tcPr>
            <w:tcW w:type="dxa" w:w="1474"/>
            <w:shd w:val="clear" w:color="auto" w:fill="EEF2F8"/>
            <w:vAlign w:val="center"/>
          </w:tcPr>
          <w:p>
            <w:pPr>
              <w:bidi/>
              <w:spacing w:before="0" w:after="0"/>
            </w:pPr>
            <w:r>
              <w:rPr>
                <w:rFonts w:ascii="Arial" w:hAnsi="Arial" w:eastAsia="Arial" w:cs="Arial"/>
                <w:b/>
                <w:bCs/>
                <w:sz w:val="14"/>
                <w:szCs w:val="14"/>
                <w:rtl/>
              </w:rPr>
              <w:t xml:space="preserve">رقم الطلب</w:t>
            </w:r>
          </w:p>
        </w:tc>
        <w:tc>
          <w:tcPr>
            <w:tcW w:type="dxa" w:w="2381"/>
          </w:tcPr>
          <w:p/>
        </w:tc>
      </w:tr>
      <w:tr>
        <w:trPr>
          <w:cantSplit/>
          <w:trHeight w:val="351" w:hRule="atLeast"/>
        </w:trPr>
        <w:tc>
          <w:tcPr>
            <w:tcW w:type="dxa" w:w="6917"/>
            <w:vMerge/>
          </w:tcPr>
          <w:p/>
        </w:tc>
        <w:tc>
          <w:tcPr>
            <w:tcW w:type="dxa" w:w="1474"/>
            <w:shd w:val="clear" w:color="auto" w:fill="EEF2F8"/>
            <w:vAlign w:val="center"/>
          </w:tcPr>
          <w:p>
            <w:pPr>
              <w:bidi/>
              <w:spacing w:before="0" w:after="0"/>
            </w:pPr>
            <w:r>
              <w:rPr>
                <w:rFonts w:ascii="Arial" w:hAnsi="Arial" w:eastAsia="Arial" w:cs="Arial"/>
                <w:b/>
                <w:bCs/>
                <w:sz w:val="14"/>
                <w:szCs w:val="14"/>
                <w:rtl/>
              </w:rPr>
              <w:t xml:space="preserve">تاريخ الطلب</w:t>
            </w:r>
          </w:p>
        </w:tc>
        <w:tc>
          <w:tcPr>
            <w:tcW w:type="dxa" w:w="2381"/>
          </w:tcPr>
          <w:p/>
        </w:tc>
      </w:tr>
    </w:tbl>
    <w:p>
      <w:pPr>
        <w:pBdr>
          <w:bottom w:val="single" w:sz="12" w:space="1" w:color="0047FF"/>
        </w:pBdr>
        <w:bidi/>
        <w:spacing w:before="0" w:after="60"/>
      </w:pPr>
      <w:r>
        <w:rPr>
          <w:rFonts w:ascii="Arial" w:hAnsi="Arial" w:eastAsia="Arial" w:cs="Arial"/>
          <w:sz w:val="6"/>
          <w:szCs w:val="6"/>
          <w:rtl/>
        </w:rPr>
        <w:t xml:space="preserve"/>
      </w:r>
    </w:p>
    <w:p>
      <w:pPr>
        <w:bidi/>
        <w:spacing w:before="0" w:after="0" w:line="40" w:lineRule="exact"/>
        <w:rPr>
          <w:sz w:val="4"/>
          <w:szCs w:val="4"/>
        </w:rPr>
      </w:pPr>
      <w:r>
        <w:rPr>
          <w:rFonts w:ascii="Arial" w:hAnsi="Arial" w:eastAsia="Arial" w:cs="Arial"/>
          <w:sz w:val="4"/>
          <w:szCs w:val="4"/>
          <w:rtl/>
        </w:rPr>
        <w:t xml:space="preserve"/>
      </w:r>
    </w:p>
    <w:tbl>
      <w:tblPr>
        <w:bidiVisual/>
        <w:tblW w:w="10773" w:type="dxa"/>
        <w:tblLayout w:type="fixed"/>
        <w:tblCellMar>
          <w:top w:w="40" w:type="dxa"/>
          <w:left w:w="100" w:type="dxa"/>
          <w:bottom w:w="40" w:type="dxa"/>
          <w:right w:w="100" w:type="dxa"/>
        </w:tblCellMar>
        <w:tblLook w:firstColumn="1" w:firstRow="1" w:lastColumn="0" w:lastRow="0" w:noHBand="0" w:noVBand="1" w:val="04A0"/>
      </w:tblPr>
      <w:tblGrid>
        <w:gridCol w:w="10773"/>
      </w:tblGrid>
      <w:tr>
        <w:trPr>
          <w:cantSplit/>
          <w:trHeight w:val="317" w:hRule="exact"/>
        </w:trPr>
        <w:tc>
          <w:tcPr>
            <w:tcW w:type="dxa" w:w="10772"/>
            <w:shd w:val="clear" w:color="auto" w:fill="0B2A5B"/>
            <w:vAlign w:val="center"/>
          </w:tcPr>
          <w:p>
            <w:pPr>
              <w:bidi/>
              <w:spacing w:before="0" w:after="0"/>
            </w:pPr>
            <w:r>
              <w:rPr>
                <w:rFonts w:ascii="Arial" w:hAnsi="Arial" w:eastAsia="Arial" w:cs="Arial"/>
                <w:b/>
                <w:bCs/>
                <w:color w:val="FFFFFF"/>
                <w:sz w:val="17"/>
                <w:szCs w:val="17"/>
                <w:rtl/>
              </w:rPr>
              <w:t xml:space="preserve">أ   بيانات مقدّم الطلب</w:t>
            </w:r>
          </w:p>
        </w:tc>
      </w:tr>
    </w:tbl>
    <w:p>
      <w:pPr>
        <w:bidi/>
        <w:spacing w:before="0" w:after="0" w:line="20" w:lineRule="exact"/>
        <w:rPr>
          <w:sz w:val="2"/>
          <w:szCs w:val="2"/>
        </w:rPr>
      </w:pPr>
      <w:r>
        <w:rPr>
          <w:rFonts w:ascii="Arial" w:hAnsi="Arial" w:eastAsia="Arial" w:cs="Arial"/>
          <w:sz w:val="2"/>
          <w:szCs w:val="2"/>
          <w:rtl/>
        </w:rPr>
        <w:t xml:space="preserve"/>
      </w:r>
    </w:p>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3447"/>
        <w:gridCol w:w="1939"/>
        <w:gridCol w:w="3447"/>
      </w:tblGrid>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الاسم</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الرقم الوظيفي</w:t>
            </w:r>
          </w:p>
        </w:tc>
        <w:tc>
          <w:tcPr>
            <w:tcW w:type="dxa" w:w="3447"/>
          </w:tcPr>
          <w:p/>
        </w:tc>
      </w:tr>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القسم</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الهاتف / التحويلة</w:t>
            </w:r>
          </w:p>
        </w:tc>
        <w:tc>
          <w:tcPr>
            <w:tcW w:type="dxa" w:w="3447"/>
          </w:tcPr>
          <w:p/>
        </w:tc>
      </w:tr>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البريد الإلكتروني</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المدير المباشر</w:t>
            </w:r>
          </w:p>
        </w:tc>
        <w:tc>
          <w:tcPr>
            <w:tcW w:type="dxa" w:w="3447"/>
          </w:tcPr>
          <w:p/>
        </w:tc>
      </w:tr>
    </w:tbl>
    <w:p>
      <w:pPr>
        <w:bidi/>
        <w:spacing w:before="0" w:after="0" w:line="40" w:lineRule="exact"/>
        <w:rPr>
          <w:sz w:val="4"/>
          <w:szCs w:val="4"/>
        </w:rPr>
      </w:pPr>
      <w:r>
        <w:rPr>
          <w:rFonts w:ascii="Arial" w:hAnsi="Arial" w:eastAsia="Arial" w:cs="Arial"/>
          <w:sz w:val="4"/>
          <w:szCs w:val="4"/>
          <w:rtl/>
        </w:rPr>
        <w:t xml:space="preserve"/>
      </w:r>
    </w:p>
    <w:tbl>
      <w:tblPr>
        <w:bidiVisual/>
        <w:tblW w:w="10773" w:type="dxa"/>
        <w:tblLayout w:type="fixed"/>
        <w:tblCellMar>
          <w:top w:w="40" w:type="dxa"/>
          <w:left w:w="100" w:type="dxa"/>
          <w:bottom w:w="40" w:type="dxa"/>
          <w:right w:w="100" w:type="dxa"/>
        </w:tblCellMar>
        <w:tblLook w:firstColumn="1" w:firstRow="1" w:lastColumn="0" w:lastRow="0" w:noHBand="0" w:noVBand="1" w:val="04A0"/>
      </w:tblPr>
      <w:tblGrid>
        <w:gridCol w:w="10773"/>
      </w:tblGrid>
      <w:tr>
        <w:trPr>
          <w:cantSplit/>
          <w:trHeight w:val="317" w:hRule="exact"/>
        </w:trPr>
        <w:tc>
          <w:tcPr>
            <w:tcW w:type="dxa" w:w="10772"/>
            <w:shd w:val="clear" w:color="auto" w:fill="0B2A5B"/>
            <w:vAlign w:val="center"/>
          </w:tcPr>
          <w:p>
            <w:pPr>
              <w:bidi/>
              <w:spacing w:before="0" w:after="0"/>
            </w:pPr>
            <w:r>
              <w:rPr>
                <w:rFonts w:ascii="Arial" w:hAnsi="Arial" w:eastAsia="Arial" w:cs="Arial"/>
                <w:b/>
                <w:bCs/>
                <w:color w:val="FFFFFF"/>
                <w:sz w:val="17"/>
                <w:szCs w:val="17"/>
                <w:rtl/>
              </w:rPr>
              <w:t xml:space="preserve">ب   تفاصيل الرحلة</w:t>
            </w:r>
          </w:p>
        </w:tc>
      </w:tr>
    </w:tbl>
    <w:p>
      <w:pPr>
        <w:bidi/>
        <w:spacing w:before="0" w:after="0" w:line="20" w:lineRule="exact"/>
        <w:rPr>
          <w:sz w:val="2"/>
          <w:szCs w:val="2"/>
        </w:rPr>
      </w:pPr>
      <w:r>
        <w:rPr>
          <w:rFonts w:ascii="Arial" w:hAnsi="Arial" w:eastAsia="Arial" w:cs="Arial"/>
          <w:sz w:val="2"/>
          <w:szCs w:val="2"/>
          <w:rtl/>
        </w:rPr>
        <w:t xml:space="preserve"/>
      </w:r>
    </w:p>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3447"/>
        <w:gridCol w:w="1939"/>
        <w:gridCol w:w="3447"/>
      </w:tblGrid>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تاريخ الخروج</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وقت الخروج</w:t>
            </w:r>
          </w:p>
        </w:tc>
        <w:tc>
          <w:tcPr>
            <w:tcW w:type="dxa" w:w="3447"/>
          </w:tcPr>
          <w:p/>
        </w:tc>
      </w:tr>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تاريخ العودة</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وقت العودة</w:t>
            </w:r>
          </w:p>
        </w:tc>
        <w:tc>
          <w:tcPr>
            <w:tcW w:type="dxa" w:w="3447"/>
          </w:tcPr>
          <w:p/>
        </w:tc>
      </w:tr>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مكان استلام السيارة</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عدد الركّاب</w:t>
            </w:r>
          </w:p>
        </w:tc>
        <w:tc>
          <w:tcPr>
            <w:tcW w:type="dxa" w:w="3447"/>
          </w:tcPr>
          <w:p/>
        </w:tc>
      </w:tr>
    </w:tbl>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8833"/>
      </w:tblGrid>
      <w:tr>
        <w:trPr>
          <w:cantSplit/>
          <w:trHeight w:val="352"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الوجهة</w:t>
            </w:r>
          </w:p>
        </w:tc>
        <w:tc>
          <w:tcPr>
            <w:tcW w:type="dxa" w:w="8833"/>
          </w:tcPr>
          <w:p/>
        </w:tc>
      </w:tr>
    </w:tbl>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8833"/>
      </w:tblGrid>
      <w:tr>
        <w:trPr>
          <w:cantSplit/>
          <w:trHeight w:val="458"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الإمارات على الطريق</w:t>
            </w:r>
          </w:p>
        </w:tc>
        <w:tc>
          <w:tcPr>
            <w:tcW w:type="dxa" w:w="8833"/>
            <w:vAlign w:val="center"/>
          </w:tcPr>
          <w:p>
            <w:pPr>
              <w:bidi/>
              <w:spacing w:before="0" w:after="0"/>
            </w:pPr>
            <w:sdt>
              <w:sdtPr>
                <w:rPr>
                  <w:rFonts w:ascii="MS Gothic" w:eastAsia="MS Gothic" w:hAnsi="MS Gothic" w:cs="MS Gothic"/>
                  <w:sz w:val="17"/>
                </w:rPr>
                <w:id w:val="20280358"/>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دبي   </w:t>
            </w:r>
            <w:sdt>
              <w:sdtPr>
                <w:rPr>
                  <w:rFonts w:ascii="MS Gothic" w:eastAsia="MS Gothic" w:hAnsi="MS Gothic" w:cs="MS Gothic"/>
                  <w:sz w:val="17"/>
                </w:rPr>
                <w:id w:val="1109021701"/>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أبوظبي   </w:t>
            </w:r>
            <w:sdt>
              <w:sdtPr>
                <w:rPr>
                  <w:rFonts w:ascii="MS Gothic" w:eastAsia="MS Gothic" w:hAnsi="MS Gothic" w:cs="MS Gothic"/>
                  <w:sz w:val="17"/>
                </w:rPr>
                <w:id w:val="746044368"/>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الشارقة   </w:t>
            </w:r>
            <w:sdt>
              <w:sdtPr>
                <w:rPr>
                  <w:rFonts w:ascii="MS Gothic" w:eastAsia="MS Gothic" w:hAnsi="MS Gothic" w:cs="MS Gothic"/>
                  <w:sz w:val="17"/>
                </w:rPr>
                <w:id w:val="1616742309"/>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عجمان   </w:t>
            </w:r>
            <w:sdt>
              <w:sdtPr>
                <w:rPr>
                  <w:rFonts w:ascii="MS Gothic" w:eastAsia="MS Gothic" w:hAnsi="MS Gothic" w:cs="MS Gothic"/>
                  <w:sz w:val="17"/>
                </w:rPr>
                <w:id w:val="1471808378"/>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أم القيوين   </w:t>
            </w:r>
            <w:sdt>
              <w:sdtPr>
                <w:rPr>
                  <w:rFonts w:ascii="MS Gothic" w:eastAsia="MS Gothic" w:hAnsi="MS Gothic" w:cs="MS Gothic"/>
                  <w:sz w:val="17"/>
                </w:rPr>
                <w:id w:val="342506319"/>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رأس الخيمة   </w:t>
            </w:r>
            <w:sdt>
              <w:sdtPr>
                <w:rPr>
                  <w:rFonts w:ascii="MS Gothic" w:eastAsia="MS Gothic" w:hAnsi="MS Gothic" w:cs="MS Gothic"/>
                  <w:sz w:val="17"/>
                </w:rPr>
                <w:id w:val="877122403"/>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الفجيرة   </w:t>
            </w:r>
            <w:sdt>
              <w:sdtPr>
                <w:rPr>
                  <w:rFonts w:ascii="MS Gothic" w:eastAsia="MS Gothic" w:hAnsi="MS Gothic" w:cs="MS Gothic"/>
                  <w:sz w:val="17"/>
                </w:rPr>
                <w:id w:val="6424462"/>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خارج الدولة (بموافقة كتابية مستقلة)</w:t>
            </w:r>
          </w:p>
        </w:tc>
      </w:tr>
    </w:tbl>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8833"/>
      </w:tblGrid>
      <w:tr>
        <w:trPr>
          <w:cantSplit/>
          <w:trHeight w:val="458"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الغرض من الرحلة</w:t>
            </w:r>
          </w:p>
        </w:tc>
        <w:tc>
          <w:tcPr>
            <w:tcW w:type="dxa" w:w="8833"/>
            <w:vAlign w:val="center"/>
          </w:tcPr>
          <w:p>
            <w:pPr>
              <w:bidi/>
              <w:spacing w:before="0" w:after="0"/>
            </w:pPr>
            <w:sdt>
              <w:sdtPr>
                <w:rPr>
                  <w:rFonts w:ascii="MS Gothic" w:eastAsia="MS Gothic" w:hAnsi="MS Gothic" w:cs="MS Gothic"/>
                  <w:sz w:val="17"/>
                </w:rPr>
                <w:id w:val="20280358"/>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زيارة عميل   </w:t>
            </w:r>
            <w:sdt>
              <w:sdtPr>
                <w:rPr>
                  <w:rFonts w:ascii="MS Gothic" w:eastAsia="MS Gothic" w:hAnsi="MS Gothic" w:cs="MS Gothic"/>
                  <w:sz w:val="17"/>
                </w:rPr>
                <w:id w:val="1109021701"/>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زيارة موقع أو مشروع   </w:t>
            </w:r>
            <w:sdt>
              <w:sdtPr>
                <w:rPr>
                  <w:rFonts w:ascii="MS Gothic" w:eastAsia="MS Gothic" w:hAnsi="MS Gothic" w:cs="MS Gothic"/>
                  <w:sz w:val="17"/>
                </w:rPr>
                <w:id w:val="746044368"/>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توصيل أو استلام   </w:t>
            </w:r>
            <w:sdt>
              <w:sdtPr>
                <w:rPr>
                  <w:rFonts w:ascii="MS Gothic" w:eastAsia="MS Gothic" w:hAnsi="MS Gothic" w:cs="MS Gothic"/>
                  <w:sz w:val="17"/>
                </w:rPr>
                <w:id w:val="1616742309"/>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المطار   </w:t>
            </w:r>
            <w:sdt>
              <w:sdtPr>
                <w:rPr>
                  <w:rFonts w:ascii="MS Gothic" w:eastAsia="MS Gothic" w:hAnsi="MS Gothic" w:cs="MS Gothic"/>
                  <w:sz w:val="17"/>
                </w:rPr>
                <w:id w:val="1471808378"/>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تدريب أو فعالية   </w:t>
            </w:r>
            <w:sdt>
              <w:sdtPr>
                <w:rPr>
                  <w:rFonts w:ascii="MS Gothic" w:eastAsia="MS Gothic" w:hAnsi="MS Gothic" w:cs="MS Gothic"/>
                  <w:sz w:val="17"/>
                </w:rPr>
                <w:id w:val="342506319"/>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أخرى: ____________</w:t>
            </w:r>
          </w:p>
        </w:tc>
      </w:tr>
    </w:tbl>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3447"/>
        <w:gridCol w:w="1939"/>
        <w:gridCol w:w="3447"/>
      </w:tblGrid>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المسافة التقديرية (كم)</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المرور بسالك أو درب</w:t>
            </w:r>
          </w:p>
        </w:tc>
        <w:tc>
          <w:tcPr>
            <w:tcW w:type="dxa" w:w="3447"/>
            <w:vAlign w:val="center"/>
          </w:tcPr>
          <w:p>
            <w:pPr>
              <w:bidi/>
              <w:spacing w:before="0" w:after="0"/>
            </w:pPr>
            <w:sdt>
              <w:sdtPr>
                <w:rPr>
                  <w:rFonts w:ascii="MS Gothic" w:eastAsia="MS Gothic" w:hAnsi="MS Gothic" w:cs="MS Gothic"/>
                  <w:sz w:val="17"/>
                </w:rPr>
                <w:id w:val="1182735472"/>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نعم   </w:t>
            </w:r>
            <w:sdt>
              <w:sdtPr>
                <w:rPr>
                  <w:rFonts w:ascii="MS Gothic" w:eastAsia="MS Gothic" w:hAnsi="MS Gothic" w:cs="MS Gothic"/>
                  <w:sz w:val="17"/>
                </w:rPr>
                <w:id w:val="312037531"/>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لا   </w:t>
            </w:r>
            <w:sdt>
              <w:sdtPr>
                <w:rPr>
                  <w:rFonts w:ascii="MS Gothic" w:eastAsia="MS Gothic" w:hAnsi="MS Gothic" w:cs="MS Gothic"/>
                  <w:sz w:val="17"/>
                </w:rPr>
                <w:id w:val="456971462"/>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غير متأكد</w:t>
            </w:r>
          </w:p>
        </w:tc>
      </w:tr>
    </w:tbl>
    <w:p>
      <w:pPr>
        <w:bidi/>
        <w:spacing w:before="0" w:after="0" w:line="40" w:lineRule="exact"/>
        <w:rPr>
          <w:sz w:val="4"/>
          <w:szCs w:val="4"/>
        </w:rPr>
      </w:pPr>
      <w:r>
        <w:rPr>
          <w:rFonts w:ascii="Arial" w:hAnsi="Arial" w:eastAsia="Arial" w:cs="Arial"/>
          <w:sz w:val="4"/>
          <w:szCs w:val="4"/>
          <w:rtl/>
        </w:rPr>
        <w:t xml:space="preserve"/>
      </w:r>
    </w:p>
    <w:tbl>
      <w:tblPr>
        <w:bidiVisual/>
        <w:tblW w:w="10773" w:type="dxa"/>
        <w:tblLayout w:type="fixed"/>
        <w:tblCellMar>
          <w:top w:w="40" w:type="dxa"/>
          <w:left w:w="100" w:type="dxa"/>
          <w:bottom w:w="40" w:type="dxa"/>
          <w:right w:w="100" w:type="dxa"/>
        </w:tblCellMar>
        <w:tblLook w:firstColumn="1" w:firstRow="1" w:lastColumn="0" w:lastRow="0" w:noHBand="0" w:noVBand="1" w:val="04A0"/>
      </w:tblPr>
      <w:tblGrid>
        <w:gridCol w:w="10773"/>
      </w:tblGrid>
      <w:tr>
        <w:trPr>
          <w:cantSplit/>
          <w:trHeight w:val="317" w:hRule="exact"/>
        </w:trPr>
        <w:tc>
          <w:tcPr>
            <w:tcW w:type="dxa" w:w="10772"/>
            <w:shd w:val="clear" w:color="auto" w:fill="0B2A5B"/>
            <w:vAlign w:val="center"/>
          </w:tcPr>
          <w:p>
            <w:pPr>
              <w:bidi/>
              <w:spacing w:before="0" w:after="0"/>
            </w:pPr>
            <w:r>
              <w:rPr>
                <w:rFonts w:ascii="Arial" w:hAnsi="Arial" w:eastAsia="Arial" w:cs="Arial"/>
                <w:b/>
                <w:bCs/>
                <w:color w:val="FFFFFF"/>
                <w:sz w:val="17"/>
                <w:szCs w:val="17"/>
                <w:rtl/>
              </w:rPr>
              <w:t xml:space="preserve">ج   السيارة المطلوبة</w:t>
            </w:r>
          </w:p>
        </w:tc>
      </w:tr>
    </w:tbl>
    <w:p>
      <w:pPr>
        <w:bidi/>
        <w:spacing w:before="0" w:after="0" w:line="20" w:lineRule="exact"/>
        <w:rPr>
          <w:sz w:val="2"/>
          <w:szCs w:val="2"/>
        </w:rPr>
      </w:pPr>
      <w:r>
        <w:rPr>
          <w:rFonts w:ascii="Arial" w:hAnsi="Arial" w:eastAsia="Arial" w:cs="Arial"/>
          <w:sz w:val="2"/>
          <w:szCs w:val="2"/>
          <w:rtl/>
        </w:rPr>
        <w:t xml:space="preserve"/>
      </w:r>
    </w:p>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8833"/>
      </w:tblGrid>
      <w:tr>
        <w:trPr>
          <w:cantSplit/>
          <w:trHeight w:val="352"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النوع</w:t>
            </w:r>
          </w:p>
        </w:tc>
        <w:tc>
          <w:tcPr>
            <w:tcW w:type="dxa" w:w="8833"/>
            <w:vAlign w:val="center"/>
          </w:tcPr>
          <w:p>
            <w:pPr>
              <w:bidi/>
              <w:spacing w:before="0" w:after="0"/>
            </w:pPr>
            <w:sdt>
              <w:sdtPr>
                <w:rPr>
                  <w:rFonts w:ascii="MS Gothic" w:eastAsia="MS Gothic" w:hAnsi="MS Gothic" w:cs="MS Gothic"/>
                  <w:sz w:val="17"/>
                </w:rPr>
                <w:id w:val="1316664776"/>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سيدان   </w:t>
            </w:r>
            <w:sdt>
              <w:sdtPr>
                <w:rPr>
                  <w:rFonts w:ascii="MS Gothic" w:eastAsia="MS Gothic" w:hAnsi="MS Gothic" w:cs="MS Gothic"/>
                  <w:sz w:val="17"/>
                </w:rPr>
                <w:id w:val="1171730845"/>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دفع رباعي   </w:t>
            </w:r>
            <w:sdt>
              <w:sdtPr>
                <w:rPr>
                  <w:rFonts w:ascii="MS Gothic" w:eastAsia="MS Gothic" w:hAnsi="MS Gothic" w:cs="MS Gothic"/>
                  <w:sz w:val="17"/>
                </w:rPr>
                <w:id w:val="42428786"/>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بيك أب   </w:t>
            </w:r>
            <w:sdt>
              <w:sdtPr>
                <w:rPr>
                  <w:rFonts w:ascii="MS Gothic" w:eastAsia="MS Gothic" w:hAnsi="MS Gothic" w:cs="MS Gothic"/>
                  <w:sz w:val="17"/>
                </w:rPr>
                <w:id w:val="913126727"/>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فان   </w:t>
            </w:r>
            <w:sdt>
              <w:sdtPr>
                <w:rPr>
                  <w:rFonts w:ascii="MS Gothic" w:eastAsia="MS Gothic" w:hAnsi="MS Gothic" w:cs="MS Gothic"/>
                  <w:sz w:val="17"/>
                </w:rPr>
                <w:id w:val="306501995"/>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7 مقاعد   </w:t>
            </w:r>
            <w:sdt>
              <w:sdtPr>
                <w:rPr>
                  <w:rFonts w:ascii="MS Gothic" w:eastAsia="MS Gothic" w:hAnsi="MS Gothic" w:cs="MS Gothic"/>
                  <w:sz w:val="17"/>
                </w:rPr>
                <w:id w:val="1435804054"/>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كهربائية   </w:t>
            </w:r>
            <w:sdt>
              <w:sdtPr>
                <w:rPr>
                  <w:rFonts w:ascii="MS Gothic" w:eastAsia="MS Gothic" w:hAnsi="MS Gothic" w:cs="MS Gothic"/>
                  <w:sz w:val="17"/>
                </w:rPr>
                <w:id w:val="1580737985"/>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أي سيارة متاحة</w:t>
            </w:r>
          </w:p>
        </w:tc>
      </w:tr>
    </w:tbl>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8833"/>
      </w:tblGrid>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متطلبات خاصة</w:t>
            </w:r>
          </w:p>
        </w:tc>
        <w:tc>
          <w:tcPr>
            <w:tcW w:type="dxa" w:w="8833"/>
          </w:tcPr>
          <w:p/>
        </w:tc>
      </w:tr>
    </w:tbl>
    <w:p>
      <w:pPr>
        <w:bidi/>
        <w:spacing w:before="0" w:after="0" w:line="40" w:lineRule="exact"/>
        <w:rPr>
          <w:sz w:val="4"/>
          <w:szCs w:val="4"/>
        </w:rPr>
      </w:pPr>
      <w:r>
        <w:rPr>
          <w:rFonts w:ascii="Arial" w:hAnsi="Arial" w:eastAsia="Arial" w:cs="Arial"/>
          <w:sz w:val="4"/>
          <w:szCs w:val="4"/>
          <w:rtl/>
        </w:rPr>
        <w:t xml:space="preserve"/>
      </w:r>
    </w:p>
    <w:tbl>
      <w:tblPr>
        <w:bidiVisual/>
        <w:tblW w:w="10773" w:type="dxa"/>
        <w:tblLayout w:type="fixed"/>
        <w:tblCellMar>
          <w:top w:w="40" w:type="dxa"/>
          <w:left w:w="100" w:type="dxa"/>
          <w:bottom w:w="40" w:type="dxa"/>
          <w:right w:w="100" w:type="dxa"/>
        </w:tblCellMar>
        <w:tblLook w:firstColumn="1" w:firstRow="1" w:lastColumn="0" w:lastRow="0" w:noHBand="0" w:noVBand="1" w:val="04A0"/>
      </w:tblPr>
      <w:tblGrid>
        <w:gridCol w:w="10773"/>
      </w:tblGrid>
      <w:tr>
        <w:trPr>
          <w:cantSplit/>
          <w:trHeight w:val="317" w:hRule="exact"/>
        </w:trPr>
        <w:tc>
          <w:tcPr>
            <w:tcW w:type="dxa" w:w="10772"/>
            <w:shd w:val="clear" w:color="auto" w:fill="0B2A5B"/>
            <w:vAlign w:val="center"/>
          </w:tcPr>
          <w:p>
            <w:pPr>
              <w:bidi/>
              <w:spacing w:before="0" w:after="0"/>
            </w:pPr>
            <w:r>
              <w:rPr>
                <w:rFonts w:ascii="Arial" w:hAnsi="Arial" w:eastAsia="Arial" w:cs="Arial"/>
                <w:b/>
                <w:bCs/>
                <w:color w:val="FFFFFF"/>
                <w:sz w:val="17"/>
                <w:szCs w:val="17"/>
                <w:rtl/>
              </w:rPr>
              <w:t xml:space="preserve">د   بيانات السائق</w:t>
            </w:r>
          </w:p>
        </w:tc>
      </w:tr>
    </w:tbl>
    <w:p>
      <w:pPr>
        <w:bidi/>
        <w:spacing w:before="0" w:after="0" w:line="20" w:lineRule="exact"/>
        <w:rPr>
          <w:sz w:val="2"/>
          <w:szCs w:val="2"/>
        </w:rPr>
      </w:pPr>
      <w:r>
        <w:rPr>
          <w:rFonts w:ascii="Arial" w:hAnsi="Arial" w:eastAsia="Arial" w:cs="Arial"/>
          <w:sz w:val="2"/>
          <w:szCs w:val="2"/>
          <w:rtl/>
        </w:rPr>
        <w:t xml:space="preserve"/>
      </w:r>
    </w:p>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8833"/>
      </w:tblGrid>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من سيقود السيارة</w:t>
            </w:r>
          </w:p>
        </w:tc>
        <w:tc>
          <w:tcPr>
            <w:tcW w:type="dxa" w:w="8833"/>
            <w:vAlign w:val="center"/>
          </w:tcPr>
          <w:p>
            <w:pPr>
              <w:bidi/>
              <w:spacing w:before="0" w:after="0"/>
            </w:pPr>
            <w:sdt>
              <w:sdtPr>
                <w:rPr>
                  <w:rFonts w:ascii="MS Gothic" w:eastAsia="MS Gothic" w:hAnsi="MS Gothic" w:cs="MS Gothic"/>
                  <w:sz w:val="17"/>
                </w:rPr>
                <w:id w:val="1559416985"/>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مقدّم الطلب نفسه   </w:t>
            </w:r>
            <w:sdt>
              <w:sdtPr>
                <w:rPr>
                  <w:rFonts w:ascii="MS Gothic" w:eastAsia="MS Gothic" w:hAnsi="MS Gothic" w:cs="MS Gothic"/>
                  <w:sz w:val="17"/>
                </w:rPr>
                <w:id w:val="1414483054"/>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موظف آخر (املأ البيانات أدناه)</w:t>
            </w:r>
          </w:p>
        </w:tc>
      </w:tr>
    </w:tbl>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3447"/>
        <w:gridCol w:w="1939"/>
        <w:gridCol w:w="3447"/>
      </w:tblGrid>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اسم السائق</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الرقم الوظيفي</w:t>
            </w:r>
          </w:p>
        </w:tc>
        <w:tc>
          <w:tcPr>
            <w:tcW w:type="dxa" w:w="3447"/>
          </w:tcPr>
          <w:p/>
        </w:tc>
      </w:tr>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رقم رخصة القيادة الإماراتية</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تاريخ انتهاء الرخصة</w:t>
            </w:r>
          </w:p>
        </w:tc>
        <w:tc>
          <w:tcPr>
            <w:tcW w:type="dxa" w:w="3447"/>
          </w:tcPr>
          <w:p/>
        </w:tc>
      </w:tr>
    </w:tbl>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8833"/>
      </w:tblGrid>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التحقق من الرخصة (إدارة الحركة)</w:t>
            </w:r>
          </w:p>
        </w:tc>
        <w:tc>
          <w:tcPr>
            <w:tcW w:type="dxa" w:w="8833"/>
            <w:vAlign w:val="center"/>
          </w:tcPr>
          <w:p>
            <w:pPr>
              <w:bidi/>
              <w:spacing w:before="0" w:after="0"/>
            </w:pPr>
            <w:sdt>
              <w:sdtPr>
                <w:rPr>
                  <w:rFonts w:ascii="MS Gothic" w:eastAsia="MS Gothic" w:hAnsi="MS Gothic" w:cs="MS Gothic"/>
                  <w:sz w:val="17"/>
                </w:rPr>
                <w:id w:val="1559416985"/>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تم الاطلاع على رخصة سارية     الاسم والتاريخ: ____________________</w:t>
            </w:r>
          </w:p>
        </w:tc>
      </w:tr>
    </w:tbl>
    <w:p>
      <w:pPr>
        <w:bidi/>
        <w:spacing w:before="0" w:after="0" w:line="40" w:lineRule="exact"/>
        <w:rPr>
          <w:sz w:val="4"/>
          <w:szCs w:val="4"/>
        </w:rPr>
      </w:pPr>
      <w:r>
        <w:rPr>
          <w:rFonts w:ascii="Arial" w:hAnsi="Arial" w:eastAsia="Arial" w:cs="Arial"/>
          <w:sz w:val="4"/>
          <w:szCs w:val="4"/>
          <w:rtl/>
        </w:rPr>
        <w:t xml:space="preserve"/>
      </w:r>
    </w:p>
    <w:tbl>
      <w:tblPr>
        <w:bidiVisual/>
        <w:tblW w:w="10773" w:type="dxa"/>
        <w:tblLayout w:type="fixed"/>
        <w:tblCellMar>
          <w:top w:w="40" w:type="dxa"/>
          <w:left w:w="100" w:type="dxa"/>
          <w:bottom w:w="40" w:type="dxa"/>
          <w:right w:w="100" w:type="dxa"/>
        </w:tblCellMar>
        <w:tblLook w:firstColumn="1" w:firstRow="1" w:lastColumn="0" w:lastRow="0" w:noHBand="0" w:noVBand="1" w:val="04A0"/>
      </w:tblPr>
      <w:tblGrid>
        <w:gridCol w:w="10773"/>
      </w:tblGrid>
      <w:tr>
        <w:trPr>
          <w:cantSplit/>
          <w:trHeight w:val="317" w:hRule="exact"/>
        </w:trPr>
        <w:tc>
          <w:tcPr>
            <w:tcW w:type="dxa" w:w="10772"/>
            <w:shd w:val="clear" w:color="auto" w:fill="0B2A5B"/>
            <w:vAlign w:val="center"/>
          </w:tcPr>
          <w:p>
            <w:pPr>
              <w:bidi/>
              <w:spacing w:before="0" w:after="0"/>
            </w:pPr>
            <w:r>
              <w:rPr>
                <w:rFonts w:ascii="Arial" w:hAnsi="Arial" w:eastAsia="Arial" w:cs="Arial"/>
                <w:b/>
                <w:bCs/>
                <w:color w:val="FFFFFF"/>
                <w:sz w:val="17"/>
                <w:szCs w:val="17"/>
                <w:rtl/>
              </w:rPr>
              <w:t xml:space="preserve">هـ   إقرار السائق</w:t>
            </w:r>
          </w:p>
        </w:tc>
      </w:tr>
    </w:tbl>
    <w:p>
      <w:pPr>
        <w:bidi/>
        <w:spacing w:before="0" w:after="0" w:line="20" w:lineRule="exact"/>
        <w:rPr>
          <w:sz w:val="2"/>
          <w:szCs w:val="2"/>
        </w:rPr>
      </w:pPr>
      <w:r>
        <w:rPr>
          <w:rFonts w:ascii="Arial" w:hAnsi="Arial" w:eastAsia="Arial" w:cs="Arial"/>
          <w:sz w:val="2"/>
          <w:szCs w:val="2"/>
          <w:rtl/>
        </w:rPr>
        <w:t xml:space="preserve"/>
      </w:r>
    </w:p>
    <w:p>
      <w:pPr>
        <w:bidi/>
        <w:spacing w:before="40" w:after="40"/>
        <w:jc w:val="both"/>
      </w:pPr>
      <w:r>
        <w:rPr>
          <w:rFonts w:ascii="Arial" w:hAnsi="Arial" w:eastAsia="Arial" w:cs="Arial"/>
          <w:sz w:val="15"/>
          <w:szCs w:val="15"/>
          <w:rtl/>
        </w:rPr>
        <w:t xml:space="preserve">أقرّ بأنني أحمل رخصة قيادة إماراتية سارية تسمح بقيادة هذه المركبة، وبأنني سأقود السيارة المحجوزة وحدها وفي الوقت المحجوز، وألتزم بسياسة الشركة لاستخدام المركبات وبقانون السير في الدولة، وأُعيد السيارة نظيفة وبمستوى وقود لا يقلّ عن </w:t>
      </w:r>
      <w:r>
        <w:rPr>
          <w:rFonts w:ascii="Arial" w:hAnsi="Arial" w:eastAsia="Arial" w:cs="Arial"/>
          <w:sz w:val="15"/>
          <w:szCs w:val="15"/>
          <w:shd w:val="clear" w:color="auto" w:fill="FFF1B8"/>
          <w:rtl/>
        </w:rPr>
        <w:t xml:space="preserve">[النصف]</w:t>
      </w:r>
      <w:r>
        <w:rPr>
          <w:rFonts w:ascii="Arial" w:hAnsi="Arial" w:eastAsia="Arial" w:cs="Arial"/>
          <w:sz w:val="15"/>
          <w:szCs w:val="15"/>
          <w:rtl/>
        </w:rPr>
        <w:t xml:space="preserve">، وأُبلغ فوراً عن أي ضرر أو حادث أو ضوء تحذير. وأعلم أن المخالفات المرورية والنقاط السوداء ورسوم سالك ودرب والمواقف خلال مدة الحجز تُسجَّل على هذا الحجز وتُعالَج وفق سياسة الشركة والقوانين المعمول بها في الدولة.</w:t>
      </w:r>
    </w:p>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3447"/>
        <w:gridCol w:w="1939"/>
        <w:gridCol w:w="3447"/>
      </w:tblGrid>
      <w:tr>
        <w:trPr>
          <w:cantSplit/>
          <w:trHeight w:val="405"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توقيع السائق</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التاريخ</w:t>
            </w:r>
          </w:p>
        </w:tc>
        <w:tc>
          <w:tcPr>
            <w:tcW w:type="dxa" w:w="3447"/>
          </w:tcPr>
          <w:p/>
        </w:tc>
      </w:tr>
    </w:tbl>
    <w:p>
      <w:pPr>
        <w:bidi/>
        <w:spacing w:before="0" w:after="0" w:line="40" w:lineRule="exact"/>
        <w:rPr>
          <w:sz w:val="4"/>
          <w:szCs w:val="4"/>
        </w:rPr>
      </w:pPr>
      <w:r>
        <w:rPr>
          <w:rFonts w:ascii="Arial" w:hAnsi="Arial" w:eastAsia="Arial" w:cs="Arial"/>
          <w:sz w:val="4"/>
          <w:szCs w:val="4"/>
          <w:rtl/>
        </w:rPr>
        <w:t xml:space="preserve"/>
      </w:r>
    </w:p>
    <w:tbl>
      <w:tblPr>
        <w:bidiVisual/>
        <w:tblW w:w="10773" w:type="dxa"/>
        <w:tblLayout w:type="fixed"/>
        <w:tblCellMar>
          <w:top w:w="40" w:type="dxa"/>
          <w:left w:w="100" w:type="dxa"/>
          <w:bottom w:w="40" w:type="dxa"/>
          <w:right w:w="100" w:type="dxa"/>
        </w:tblCellMar>
        <w:tblLook w:firstColumn="1" w:firstRow="1" w:lastColumn="0" w:lastRow="0" w:noHBand="0" w:noVBand="1" w:val="04A0"/>
      </w:tblPr>
      <w:tblGrid>
        <w:gridCol w:w="10773"/>
      </w:tblGrid>
      <w:tr>
        <w:trPr>
          <w:cantSplit/>
          <w:trHeight w:val="317" w:hRule="exact"/>
        </w:trPr>
        <w:tc>
          <w:tcPr>
            <w:tcW w:type="dxa" w:w="10772"/>
            <w:shd w:val="clear" w:color="auto" w:fill="0B2A5B"/>
            <w:vAlign w:val="center"/>
          </w:tcPr>
          <w:p>
            <w:pPr>
              <w:bidi/>
              <w:spacing w:before="0" w:after="0"/>
            </w:pPr>
            <w:r>
              <w:rPr>
                <w:rFonts w:ascii="Arial" w:hAnsi="Arial" w:eastAsia="Arial" w:cs="Arial"/>
                <w:b/>
                <w:bCs/>
                <w:color w:val="FFFFFF"/>
                <w:sz w:val="17"/>
                <w:szCs w:val="17"/>
                <w:rtl/>
              </w:rPr>
              <w:t xml:space="preserve">و   اعتماد المدير المباشر</w:t>
            </w:r>
          </w:p>
        </w:tc>
      </w:tr>
    </w:tbl>
    <w:p>
      <w:pPr>
        <w:bidi/>
        <w:spacing w:before="0" w:after="0" w:line="20" w:lineRule="exact"/>
        <w:rPr>
          <w:sz w:val="2"/>
          <w:szCs w:val="2"/>
        </w:rPr>
      </w:pPr>
      <w:r>
        <w:rPr>
          <w:rFonts w:ascii="Arial" w:hAnsi="Arial" w:eastAsia="Arial" w:cs="Arial"/>
          <w:sz w:val="2"/>
          <w:szCs w:val="2"/>
          <w:rtl/>
        </w:rPr>
        <w:t xml:space="preserve"/>
      </w:r>
    </w:p>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8833"/>
      </w:tblGrid>
      <w:tr>
        <w:trPr>
          <w:cantSplit/>
          <w:trHeight w:val="352"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القرار</w:t>
            </w:r>
          </w:p>
        </w:tc>
        <w:tc>
          <w:tcPr>
            <w:tcW w:type="dxa" w:w="8833"/>
            <w:vAlign w:val="center"/>
          </w:tcPr>
          <w:p>
            <w:pPr>
              <w:bidi/>
              <w:spacing w:before="0" w:after="0"/>
            </w:pPr>
            <w:sdt>
              <w:sdtPr>
                <w:rPr>
                  <w:rFonts w:ascii="MS Gothic" w:eastAsia="MS Gothic" w:hAnsi="MS Gothic" w:cs="MS Gothic"/>
                  <w:sz w:val="17"/>
                </w:rPr>
                <w:id w:val="1614891615"/>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موافق     </w:t>
            </w:r>
            <w:sdt>
              <w:sdtPr>
                <w:rPr>
                  <w:rFonts w:ascii="MS Gothic" w:eastAsia="MS Gothic" w:hAnsi="MS Gothic" w:cs="MS Gothic"/>
                  <w:sz w:val="17"/>
                </w:rPr>
                <w:id w:val="239593932"/>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غير موافق     السبب: ______________________________</w:t>
            </w:r>
          </w:p>
        </w:tc>
      </w:tr>
    </w:tbl>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3447"/>
        <w:gridCol w:w="1939"/>
        <w:gridCol w:w="3447"/>
      </w:tblGrid>
      <w:tr>
        <w:trPr>
          <w:cantSplit/>
          <w:trHeight w:val="405"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الاسم</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التوقيع والتاريخ</w:t>
            </w:r>
          </w:p>
        </w:tc>
        <w:tc>
          <w:tcPr>
            <w:tcW w:type="dxa" w:w="3447"/>
          </w:tcPr>
          <w:p/>
        </w:tc>
      </w:tr>
    </w:tbl>
    <w:p>
      <w:pPr>
        <w:bidi/>
        <w:spacing w:before="0" w:after="0" w:line="40" w:lineRule="exact"/>
        <w:rPr>
          <w:sz w:val="4"/>
          <w:szCs w:val="4"/>
        </w:rPr>
      </w:pPr>
      <w:r>
        <w:rPr>
          <w:rFonts w:ascii="Arial" w:hAnsi="Arial" w:eastAsia="Arial" w:cs="Arial"/>
          <w:sz w:val="4"/>
          <w:szCs w:val="4"/>
          <w:rtl/>
        </w:rPr>
        <w:t xml:space="preserve"/>
      </w:r>
    </w:p>
    <w:tbl>
      <w:tblPr>
        <w:bidiVisual/>
        <w:tblW w:w="10773" w:type="dxa"/>
        <w:tblLayout w:type="fixed"/>
        <w:tblCellMar>
          <w:top w:w="40" w:type="dxa"/>
          <w:left w:w="100" w:type="dxa"/>
          <w:bottom w:w="40" w:type="dxa"/>
          <w:right w:w="100" w:type="dxa"/>
        </w:tblCellMar>
        <w:tblLook w:firstColumn="1" w:firstRow="1" w:lastColumn="0" w:lastRow="0" w:noHBand="0" w:noVBand="1" w:val="04A0"/>
      </w:tblPr>
      <w:tblGrid>
        <w:gridCol w:w="10773"/>
      </w:tblGrid>
      <w:tr>
        <w:trPr>
          <w:cantSplit/>
          <w:trHeight w:val="317" w:hRule="exact"/>
        </w:trPr>
        <w:tc>
          <w:tcPr>
            <w:tcW w:type="dxa" w:w="10772"/>
            <w:shd w:val="clear" w:color="auto" w:fill="0B2A5B"/>
            <w:vAlign w:val="center"/>
          </w:tcPr>
          <w:p>
            <w:pPr>
              <w:bidi/>
              <w:spacing w:before="0" w:after="0"/>
            </w:pPr>
            <w:r>
              <w:rPr>
                <w:rFonts w:ascii="Arial" w:hAnsi="Arial" w:eastAsia="Arial" w:cs="Arial"/>
                <w:b/>
                <w:bCs/>
                <w:color w:val="FFFFFF"/>
                <w:sz w:val="17"/>
                <w:szCs w:val="17"/>
                <w:rtl/>
              </w:rPr>
              <w:t xml:space="preserve">ز   خاص بإدارة الحركة</w:t>
            </w:r>
          </w:p>
        </w:tc>
      </w:tr>
    </w:tbl>
    <w:p>
      <w:pPr>
        <w:bidi/>
        <w:spacing w:before="0" w:after="0" w:line="20" w:lineRule="exact"/>
        <w:rPr>
          <w:sz w:val="2"/>
          <w:szCs w:val="2"/>
        </w:rPr>
      </w:pPr>
      <w:r>
        <w:rPr>
          <w:rFonts w:ascii="Arial" w:hAnsi="Arial" w:eastAsia="Arial" w:cs="Arial"/>
          <w:sz w:val="2"/>
          <w:szCs w:val="2"/>
          <w:rtl/>
        </w:rPr>
        <w:t xml:space="preserve"/>
      </w:r>
    </w:p>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3447"/>
        <w:gridCol w:w="1939"/>
        <w:gridCol w:w="3447"/>
      </w:tblGrid>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السيارة (النوع والطراز)</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اللوحة: الإمارة والرمز والرقم</w:t>
            </w:r>
          </w:p>
        </w:tc>
        <w:tc>
          <w:tcPr>
            <w:tcW w:type="dxa" w:w="3447"/>
          </w:tcPr>
          <w:p/>
        </w:tc>
      </w:tr>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عدم تعارض الحجز</w:t>
            </w:r>
          </w:p>
        </w:tc>
        <w:tc>
          <w:tcPr>
            <w:tcW w:type="dxa" w:w="3447"/>
            <w:vAlign w:val="center"/>
          </w:tcPr>
          <w:p>
            <w:pPr>
              <w:bidi/>
              <w:spacing w:before="0" w:after="0"/>
            </w:pPr>
            <w:sdt>
              <w:sdtPr>
                <w:rPr>
                  <w:rFonts w:ascii="MS Gothic" w:eastAsia="MS Gothic" w:hAnsi="MS Gothic" w:cs="MS Gothic"/>
                  <w:sz w:val="17"/>
                </w:rPr>
                <w:id w:val="1487148675"/>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تم التحقق</w:t>
            </w:r>
          </w:p>
        </w:tc>
        <w:tc>
          <w:tcPr>
            <w:tcW w:type="dxa" w:w="1939"/>
            <w:shd w:val="clear" w:color="auto" w:fill="EEF2F8"/>
            <w:vAlign w:val="center"/>
          </w:tcPr>
          <w:p>
            <w:pPr>
              <w:bidi/>
              <w:spacing w:before="0" w:after="0"/>
            </w:pPr>
            <w:r>
              <w:rPr>
                <w:rFonts w:ascii="Arial" w:hAnsi="Arial" w:eastAsia="Arial" w:cs="Arial"/>
                <w:b/>
                <w:bCs/>
                <w:sz w:val="14"/>
                <w:szCs w:val="14"/>
                <w:rtl/>
              </w:rPr>
              <w:t xml:space="preserve">رقم الحجز</w:t>
            </w:r>
          </w:p>
        </w:tc>
        <w:tc>
          <w:tcPr>
            <w:tcW w:type="dxa" w:w="3447"/>
          </w:tcPr>
          <w:p/>
        </w:tc>
      </w:tr>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تسليم المفتاح (الوقت والاسم)</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العداد عند الخروج (كم)</w:t>
            </w:r>
          </w:p>
        </w:tc>
        <w:tc>
          <w:tcPr>
            <w:tcW w:type="dxa" w:w="3447"/>
          </w:tcPr>
          <w:p/>
        </w:tc>
      </w:tr>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الوقود عند الخروج</w:t>
            </w:r>
          </w:p>
        </w:tc>
        <w:tc>
          <w:tcPr>
            <w:tcW w:type="dxa" w:w="3447"/>
            <w:vAlign w:val="center"/>
          </w:tcPr>
          <w:p>
            <w:pPr>
              <w:bidi/>
              <w:spacing w:before="0" w:after="0"/>
            </w:pPr>
            <w:sdt>
              <w:sdtPr>
                <w:rPr>
                  <w:rFonts w:ascii="MS Gothic" w:eastAsia="MS Gothic" w:hAnsi="MS Gothic" w:cs="MS Gothic"/>
                  <w:sz w:val="17"/>
                </w:rPr>
                <w:id w:val="714200023"/>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¼  </w:t>
            </w:r>
            <w:sdt>
              <w:sdtPr>
                <w:rPr>
                  <w:rFonts w:ascii="MS Gothic" w:eastAsia="MS Gothic" w:hAnsi="MS Gothic" w:cs="MS Gothic"/>
                  <w:sz w:val="17"/>
                </w:rPr>
                <w:id w:val="1140866046"/>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½  </w:t>
            </w:r>
            <w:sdt>
              <w:sdtPr>
                <w:rPr>
                  <w:rFonts w:ascii="MS Gothic" w:eastAsia="MS Gothic" w:hAnsi="MS Gothic" w:cs="MS Gothic"/>
                  <w:sz w:val="17"/>
                </w:rPr>
                <w:id w:val="1988436013"/>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¾  </w:t>
            </w:r>
            <w:sdt>
              <w:sdtPr>
                <w:rPr>
                  <w:rFonts w:ascii="MS Gothic" w:eastAsia="MS Gothic" w:hAnsi="MS Gothic" w:cs="MS Gothic"/>
                  <w:sz w:val="17"/>
                </w:rPr>
                <w:id w:val="501486881"/>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ممتلئ</w:t>
            </w:r>
          </w:p>
        </w:tc>
        <w:tc>
          <w:tcPr>
            <w:tcW w:type="dxa" w:w="1939"/>
            <w:shd w:val="clear" w:color="auto" w:fill="EEF2F8"/>
            <w:vAlign w:val="center"/>
          </w:tcPr>
          <w:p>
            <w:pPr>
              <w:bidi/>
              <w:spacing w:before="0" w:after="0"/>
            </w:pPr>
            <w:r>
              <w:rPr>
                <w:rFonts w:ascii="Arial" w:hAnsi="Arial" w:eastAsia="Arial" w:cs="Arial"/>
                <w:b/>
                <w:bCs/>
                <w:sz w:val="14"/>
                <w:szCs w:val="14"/>
                <w:rtl/>
              </w:rPr>
              <w:t xml:space="preserve">الإرجاع (التاريخ والوقت)</w:t>
            </w:r>
          </w:p>
        </w:tc>
        <w:tc>
          <w:tcPr>
            <w:tcW w:type="dxa" w:w="3447"/>
          </w:tcPr>
          <w:p/>
        </w:tc>
      </w:tr>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العداد عند الإرجاع (كم)</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الوقود عند الإرجاع</w:t>
            </w:r>
          </w:p>
        </w:tc>
        <w:tc>
          <w:tcPr>
            <w:tcW w:type="dxa" w:w="3447"/>
            <w:vAlign w:val="center"/>
          </w:tcPr>
          <w:p>
            <w:pPr>
              <w:bidi/>
              <w:spacing w:before="0" w:after="0"/>
            </w:pPr>
            <w:sdt>
              <w:sdtPr>
                <w:rPr>
                  <w:rFonts w:ascii="MS Gothic" w:eastAsia="MS Gothic" w:hAnsi="MS Gothic" w:cs="MS Gothic"/>
                  <w:sz w:val="17"/>
                </w:rPr>
                <w:id w:val="357350329"/>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¼  </w:t>
            </w:r>
            <w:sdt>
              <w:sdtPr>
                <w:rPr>
                  <w:rFonts w:ascii="MS Gothic" w:eastAsia="MS Gothic" w:hAnsi="MS Gothic" w:cs="MS Gothic"/>
                  <w:sz w:val="17"/>
                </w:rPr>
                <w:id w:val="212416398"/>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½  </w:t>
            </w:r>
            <w:sdt>
              <w:sdtPr>
                <w:rPr>
                  <w:rFonts w:ascii="MS Gothic" w:eastAsia="MS Gothic" w:hAnsi="MS Gothic" w:cs="MS Gothic"/>
                  <w:sz w:val="17"/>
                </w:rPr>
                <w:id w:val="1991580452"/>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¾  </w:t>
            </w:r>
            <w:sdt>
              <w:sdtPr>
                <w:rPr>
                  <w:rFonts w:ascii="MS Gothic" w:eastAsia="MS Gothic" w:hAnsi="MS Gothic" w:cs="MS Gothic"/>
                  <w:sz w:val="17"/>
                </w:rPr>
                <w:id w:val="588669105"/>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ممتلئ</w:t>
            </w:r>
          </w:p>
        </w:tc>
      </w:tr>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المسافة (كم)</w:t>
            </w:r>
          </w:p>
        </w:tc>
        <w:tc>
          <w:tcPr>
            <w:tcW w:type="dxa" w:w="3447"/>
          </w:tcPr>
          <w:p/>
        </w:tc>
        <w:tc>
          <w:tcPr>
            <w:tcW w:type="dxa" w:w="1939"/>
            <w:shd w:val="clear" w:color="auto" w:fill="EEF2F8"/>
            <w:vAlign w:val="center"/>
          </w:tcPr>
          <w:p>
            <w:pPr>
              <w:bidi/>
              <w:spacing w:before="0" w:after="0"/>
            </w:pPr>
            <w:r>
              <w:rPr>
                <w:rFonts w:ascii="Arial" w:hAnsi="Arial" w:eastAsia="Arial" w:cs="Arial"/>
                <w:b/>
                <w:bCs/>
                <w:sz w:val="14"/>
                <w:szCs w:val="14"/>
                <w:rtl/>
              </w:rPr>
              <w:t xml:space="preserve">استلمها (الاسم)</w:t>
            </w:r>
          </w:p>
        </w:tc>
        <w:tc>
          <w:tcPr>
            <w:tcW w:type="dxa" w:w="3447"/>
          </w:tcPr>
          <w:p/>
        </w:tc>
      </w:tr>
    </w:tbl>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939"/>
        <w:gridCol w:w="8833"/>
      </w:tblGrid>
      <w:tr>
        <w:trPr>
          <w:cantSplit/>
          <w:trHeight w:val="341" w:hRule="atLeast"/>
        </w:trPr>
        <w:tc>
          <w:tcPr>
            <w:tcW w:type="dxa" w:w="1939"/>
            <w:shd w:val="clear" w:color="auto" w:fill="EEF2F8"/>
            <w:vAlign w:val="center"/>
          </w:tcPr>
          <w:p>
            <w:pPr>
              <w:bidi/>
              <w:spacing w:before="0" w:after="0"/>
            </w:pPr>
            <w:r>
              <w:rPr>
                <w:rFonts w:ascii="Arial" w:hAnsi="Arial" w:eastAsia="Arial" w:cs="Arial"/>
                <w:b/>
                <w:bCs/>
                <w:sz w:val="14"/>
                <w:szCs w:val="14"/>
                <w:rtl/>
              </w:rPr>
              <w:t xml:space="preserve">أضرار عند الإرجاع</w:t>
            </w:r>
          </w:p>
        </w:tc>
        <w:tc>
          <w:tcPr>
            <w:tcW w:type="dxa" w:w="8833"/>
            <w:vAlign w:val="center"/>
          </w:tcPr>
          <w:p>
            <w:pPr>
              <w:bidi/>
              <w:spacing w:before="0" w:after="0"/>
            </w:pPr>
            <w:sdt>
              <w:sdtPr>
                <w:rPr>
                  <w:rFonts w:ascii="MS Gothic" w:eastAsia="MS Gothic" w:hAnsi="MS Gothic" w:cs="MS Gothic"/>
                  <w:sz w:val="17"/>
                </w:rPr>
                <w:id w:val="714200023"/>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لا     </w:t>
            </w:r>
            <w:sdt>
              <w:sdtPr>
                <w:rPr>
                  <w:rFonts w:ascii="MS Gothic" w:eastAsia="MS Gothic" w:hAnsi="MS Gothic" w:cs="MS Gothic"/>
                  <w:sz w:val="17"/>
                </w:rPr>
                <w:id w:val="1140866046"/>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tl/>
              </w:rPr>
              <w:t xml:space="preserve"> نعم: رقم نموذج التسليم / تقرير الضرر ____________</w:t>
            </w:r>
          </w:p>
        </w:tc>
      </w:tr>
    </w:tbl>
    <w:p>
      <w:pPr>
        <w:pageBreakBefore/>
        <w:bidi/>
        <w:spacing w:before="0" w:after="0" w:line="20" w:lineRule="exact"/>
        <w:rPr>
          <w:sz w:val="2"/>
          <w:szCs w:val="2"/>
        </w:rPr>
      </w:pPr>
      <w:r>
        <w:rPr>
          <w:rFonts w:ascii="Arial" w:hAnsi="Arial" w:eastAsia="Arial" w:cs="Arial"/>
          <w:sz w:val="2"/>
          <w:szCs w:val="2"/>
          <w:rtl/>
        </w:rPr>
        <w:t xml:space="preserve"/>
      </w:r>
    </w:p>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6917"/>
        <w:gridCol w:w="1474"/>
        <w:gridCol w:w="2381"/>
      </w:tblGrid>
      <w:tr>
        <w:trPr>
          <w:cantSplit/>
          <w:trHeight w:val="351" w:hRule="atLeast"/>
        </w:trPr>
        <w:tc>
          <w:tcPr>
            <w:tcW w:type="dxa" w:w="6917"/>
            <w:vMerge w:val="restart"/>
            <w:tcBorders>
              <w:top w:val="nil"/>
              <w:left w:val="nil"/>
              <w:bottom w:val="nil"/>
              <w:right w:val="nil"/>
            </w:tcBorders>
            <w:vAlign w:val="top"/>
          </w:tcPr>
          <w:p>
            <w:pPr>
              <w:bidi/>
              <w:spacing w:before="0" w:after="0"/>
            </w:pPr>
            <w:r>
              <w:rPr>
                <w:rFonts w:ascii="Arial" w:hAnsi="Arial" w:eastAsia="Arial" w:cs="Arial"/>
                <w:b/>
                <w:bCs/>
                <w:color w:val="0B2A5B"/>
                <w:sz w:val="28"/>
                <w:szCs w:val="28"/>
                <w:rtl/>
              </w:rPr>
              <w:t xml:space="preserve">جدول حجز سيارات الشركة</w:t>
            </w:r>
          </w:p>
          <w:p>
            <w:pPr>
              <w:bidi/>
              <w:spacing w:before="40" w:after="0"/>
            </w:pPr>
            <w:r>
              <w:rPr>
                <w:rFonts w:ascii="Arial" w:hAnsi="Arial" w:eastAsia="Arial" w:cs="Arial"/>
                <w:color w:val="5B6675"/>
                <w:sz w:val="15"/>
                <w:szCs w:val="15"/>
                <w:rtl/>
              </w:rPr>
              <w:t xml:space="preserve">جدول واحد لكل أسبوع لدى إدارة الحركة. قبل تأكيد أي حجز، تأكّد أن السيارة نفسها غير محجوزة في وقت يتداخل معه.</w:t>
            </w:r>
          </w:p>
        </w:tc>
        <w:tc>
          <w:tcPr>
            <w:tcW w:type="dxa" w:w="1474"/>
            <w:shd w:val="clear" w:color="auto" w:fill="EEF2F8"/>
            <w:vAlign w:val="center"/>
          </w:tcPr>
          <w:p>
            <w:pPr>
              <w:bidi/>
              <w:spacing w:before="0" w:after="0"/>
            </w:pPr>
            <w:r>
              <w:rPr>
                <w:rFonts w:ascii="Arial" w:hAnsi="Arial" w:eastAsia="Arial" w:cs="Arial"/>
                <w:b/>
                <w:bCs/>
                <w:sz w:val="14"/>
                <w:szCs w:val="14"/>
                <w:rtl/>
              </w:rPr>
              <w:t xml:space="preserve">الأسبوع من</w:t>
            </w:r>
          </w:p>
        </w:tc>
        <w:tc>
          <w:tcPr>
            <w:tcW w:type="dxa" w:w="2381"/>
          </w:tcPr>
          <w:p/>
        </w:tc>
      </w:tr>
      <w:tr>
        <w:trPr>
          <w:cantSplit/>
          <w:trHeight w:val="351" w:hRule="atLeast"/>
        </w:trPr>
        <w:tc>
          <w:tcPr>
            <w:tcW w:type="dxa" w:w="6917"/>
            <w:vMerge/>
          </w:tcPr>
          <w:p/>
        </w:tc>
        <w:tc>
          <w:tcPr>
            <w:tcW w:type="dxa" w:w="1474"/>
            <w:shd w:val="clear" w:color="auto" w:fill="EEF2F8"/>
            <w:vAlign w:val="center"/>
          </w:tcPr>
          <w:p>
            <w:pPr>
              <w:bidi/>
              <w:spacing w:before="0" w:after="0"/>
            </w:pPr>
            <w:r>
              <w:rPr>
                <w:rFonts w:ascii="Arial" w:hAnsi="Arial" w:eastAsia="Arial" w:cs="Arial"/>
                <w:b/>
                <w:bCs/>
                <w:sz w:val="14"/>
                <w:szCs w:val="14"/>
                <w:rtl/>
              </w:rPr>
              <w:t xml:space="preserve">إلى</w:t>
            </w:r>
          </w:p>
        </w:tc>
        <w:tc>
          <w:tcPr>
            <w:tcW w:type="dxa" w:w="2381"/>
          </w:tcPr>
          <w:p/>
        </w:tc>
      </w:tr>
    </w:tbl>
    <w:p>
      <w:pPr>
        <w:pBdr>
          <w:bottom w:val="single" w:sz="12" w:space="1" w:color="0047FF"/>
        </w:pBdr>
        <w:bidi/>
        <w:spacing w:before="0" w:after="60"/>
      </w:pPr>
      <w:r>
        <w:rPr>
          <w:rFonts w:ascii="Arial" w:hAnsi="Arial" w:eastAsia="Arial" w:cs="Arial"/>
          <w:sz w:val="6"/>
          <w:szCs w:val="6"/>
          <w:rtl/>
        </w:rPr>
        <w:t xml:space="preserve"/>
      </w:r>
    </w:p>
    <w:tbl>
      <w:tblPr>
        <w:bidiVisual/>
        <w:tblW w:w="10773"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593"/>
        <w:gridCol w:w="988"/>
        <w:gridCol w:w="1186"/>
        <w:gridCol w:w="1482"/>
        <w:gridCol w:w="988"/>
        <w:gridCol w:w="988"/>
        <w:gridCol w:w="1482"/>
        <w:gridCol w:w="1087"/>
        <w:gridCol w:w="691"/>
        <w:gridCol w:w="691"/>
        <w:gridCol w:w="593"/>
      </w:tblGrid>
      <w:tr>
        <w:trPr>
          <w:tblHeader/>
        </w:trPr>
        <w:tc>
          <w:tcPr>
            <w:tcW w:type="dxa" w:w="593"/>
            <w:shd w:val="clear" w:color="auto" w:fill="DCE4F0"/>
            <w:vAlign w:val="center"/>
          </w:tcPr>
          <w:p>
            <w:pPr>
              <w:bidi/>
              <w:spacing w:before="0" w:after="0"/>
            </w:pPr>
            <w:r>
              <w:rPr>
                <w:rFonts w:ascii="Arial" w:hAnsi="Arial" w:eastAsia="Arial" w:cs="Arial"/>
                <w:b/>
                <w:bCs/>
                <w:sz w:val="14"/>
                <w:szCs w:val="14"/>
                <w:rtl/>
              </w:rPr>
              <w:t xml:space="preserve">رقم الحجز</w:t>
            </w:r>
          </w:p>
        </w:tc>
        <w:tc>
          <w:tcPr>
            <w:tcW w:type="dxa" w:w="988"/>
            <w:shd w:val="clear" w:color="auto" w:fill="DCE4F0"/>
            <w:vAlign w:val="center"/>
          </w:tcPr>
          <w:p>
            <w:pPr>
              <w:bidi/>
              <w:spacing w:before="0" w:after="0"/>
            </w:pPr>
            <w:r>
              <w:rPr>
                <w:rFonts w:ascii="Arial" w:hAnsi="Arial" w:eastAsia="Arial" w:cs="Arial"/>
                <w:b/>
                <w:bCs/>
                <w:sz w:val="14"/>
                <w:szCs w:val="14"/>
                <w:rtl/>
              </w:rPr>
              <w:t xml:space="preserve">اليوم والتاريخ</w:t>
            </w:r>
          </w:p>
        </w:tc>
        <w:tc>
          <w:tcPr>
            <w:tcW w:type="dxa" w:w="1186"/>
            <w:shd w:val="clear" w:color="auto" w:fill="DCE4F0"/>
            <w:vAlign w:val="center"/>
          </w:tcPr>
          <w:p>
            <w:pPr>
              <w:bidi/>
              <w:spacing w:before="0" w:after="0"/>
            </w:pPr>
            <w:r>
              <w:rPr>
                <w:rFonts w:ascii="Arial" w:hAnsi="Arial" w:eastAsia="Arial" w:cs="Arial"/>
                <w:b/>
                <w:bCs/>
                <w:sz w:val="14"/>
                <w:szCs w:val="14"/>
                <w:rtl/>
              </w:rPr>
              <w:t xml:space="preserve">السيارة (اللوحة)</w:t>
            </w:r>
          </w:p>
        </w:tc>
        <w:tc>
          <w:tcPr>
            <w:tcW w:type="dxa" w:w="1482"/>
            <w:shd w:val="clear" w:color="auto" w:fill="DCE4F0"/>
            <w:vAlign w:val="center"/>
          </w:tcPr>
          <w:p>
            <w:pPr>
              <w:bidi/>
              <w:spacing w:before="0" w:after="0"/>
            </w:pPr>
            <w:r>
              <w:rPr>
                <w:rFonts w:ascii="Arial" w:hAnsi="Arial" w:eastAsia="Arial" w:cs="Arial"/>
                <w:b/>
                <w:bCs/>
                <w:sz w:val="14"/>
                <w:szCs w:val="14"/>
                <w:rtl/>
              </w:rPr>
              <w:t xml:space="preserve">الموظف</w:t>
            </w:r>
          </w:p>
        </w:tc>
        <w:tc>
          <w:tcPr>
            <w:tcW w:type="dxa" w:w="988"/>
            <w:shd w:val="clear" w:color="auto" w:fill="DCE4F0"/>
            <w:vAlign w:val="center"/>
          </w:tcPr>
          <w:p>
            <w:pPr>
              <w:bidi/>
              <w:spacing w:before="0" w:after="0"/>
            </w:pPr>
            <w:r>
              <w:rPr>
                <w:rFonts w:ascii="Arial" w:hAnsi="Arial" w:eastAsia="Arial" w:cs="Arial"/>
                <w:b/>
                <w:bCs/>
                <w:sz w:val="14"/>
                <w:szCs w:val="14"/>
                <w:rtl/>
              </w:rPr>
              <w:t xml:space="preserve">القسم</w:t>
            </w:r>
          </w:p>
        </w:tc>
        <w:tc>
          <w:tcPr>
            <w:tcW w:type="dxa" w:w="988"/>
            <w:shd w:val="clear" w:color="auto" w:fill="DCE4F0"/>
            <w:vAlign w:val="center"/>
          </w:tcPr>
          <w:p>
            <w:pPr>
              <w:bidi/>
              <w:spacing w:before="0" w:after="0"/>
            </w:pPr>
            <w:r>
              <w:rPr>
                <w:rFonts w:ascii="Arial" w:hAnsi="Arial" w:eastAsia="Arial" w:cs="Arial"/>
                <w:b/>
                <w:bCs/>
                <w:sz w:val="14"/>
                <w:szCs w:val="14"/>
                <w:rtl/>
              </w:rPr>
              <w:t xml:space="preserve">الوقت (من–إلى)</w:t>
            </w:r>
          </w:p>
        </w:tc>
        <w:tc>
          <w:tcPr>
            <w:tcW w:type="dxa" w:w="1482"/>
            <w:shd w:val="clear" w:color="auto" w:fill="DCE4F0"/>
            <w:vAlign w:val="center"/>
          </w:tcPr>
          <w:p>
            <w:pPr>
              <w:bidi/>
              <w:spacing w:before="0" w:after="0"/>
            </w:pPr>
            <w:r>
              <w:rPr>
                <w:rFonts w:ascii="Arial" w:hAnsi="Arial" w:eastAsia="Arial" w:cs="Arial"/>
                <w:b/>
                <w:bCs/>
                <w:sz w:val="14"/>
                <w:szCs w:val="14"/>
                <w:rtl/>
              </w:rPr>
              <w:t xml:space="preserve">الوجهة</w:t>
            </w:r>
          </w:p>
        </w:tc>
        <w:tc>
          <w:tcPr>
            <w:tcW w:type="dxa" w:w="1087"/>
            <w:shd w:val="clear" w:color="auto" w:fill="DCE4F0"/>
            <w:vAlign w:val="center"/>
          </w:tcPr>
          <w:p>
            <w:pPr>
              <w:bidi/>
              <w:spacing w:before="0" w:after="0"/>
            </w:pPr>
            <w:r>
              <w:rPr>
                <w:rFonts w:ascii="Arial" w:hAnsi="Arial" w:eastAsia="Arial" w:cs="Arial"/>
                <w:b/>
                <w:bCs/>
                <w:sz w:val="14"/>
                <w:szCs w:val="14"/>
                <w:rtl/>
              </w:rPr>
              <w:t xml:space="preserve">اعتمده</w:t>
            </w:r>
          </w:p>
        </w:tc>
        <w:tc>
          <w:tcPr>
            <w:tcW w:type="dxa" w:w="692"/>
            <w:shd w:val="clear" w:color="auto" w:fill="DCE4F0"/>
            <w:vAlign w:val="center"/>
          </w:tcPr>
          <w:p>
            <w:pPr>
              <w:bidi/>
              <w:spacing w:before="0" w:after="0"/>
            </w:pPr>
            <w:r>
              <w:rPr>
                <w:rFonts w:ascii="Arial" w:hAnsi="Arial" w:eastAsia="Arial" w:cs="Arial"/>
                <w:b/>
                <w:bCs/>
                <w:sz w:val="14"/>
                <w:szCs w:val="14"/>
                <w:rtl/>
              </w:rPr>
              <w:t xml:space="preserve">تسليم المفتاح</w:t>
            </w:r>
          </w:p>
        </w:tc>
        <w:tc>
          <w:tcPr>
            <w:tcW w:type="dxa" w:w="692"/>
            <w:shd w:val="clear" w:color="auto" w:fill="DCE4F0"/>
            <w:vAlign w:val="center"/>
          </w:tcPr>
          <w:p>
            <w:pPr>
              <w:bidi/>
              <w:spacing w:before="0" w:after="0"/>
            </w:pPr>
            <w:r>
              <w:rPr>
                <w:rFonts w:ascii="Arial" w:hAnsi="Arial" w:eastAsia="Arial" w:cs="Arial"/>
                <w:b/>
                <w:bCs/>
                <w:sz w:val="14"/>
                <w:szCs w:val="14"/>
                <w:rtl/>
              </w:rPr>
              <w:t xml:space="preserve">إرجاع المفتاح</w:t>
            </w:r>
          </w:p>
        </w:tc>
        <w:tc>
          <w:tcPr>
            <w:tcW w:type="dxa" w:w="593"/>
            <w:shd w:val="clear" w:color="auto" w:fill="DCE4F0"/>
            <w:vAlign w:val="center"/>
          </w:tcPr>
          <w:p>
            <w:pPr>
              <w:bidi/>
              <w:spacing w:before="0" w:after="0"/>
            </w:pPr>
            <w:r>
              <w:rPr>
                <w:rFonts w:ascii="Arial" w:hAnsi="Arial" w:eastAsia="Arial" w:cs="Arial"/>
                <w:b/>
                <w:bCs/>
                <w:sz w:val="14"/>
                <w:szCs w:val="14"/>
                <w:rtl/>
              </w:rPr>
              <w:t xml:space="preserve">كم</w:t>
            </w: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r>
        <w:trPr>
          <w:cantSplit/>
          <w:trHeight w:val="426" w:hRule="atLeast"/>
        </w:trPr>
        <w:tc>
          <w:tcPr>
            <w:tcW w:type="dxa" w:w="593"/>
          </w:tcPr>
          <w:p/>
        </w:tc>
        <w:tc>
          <w:tcPr>
            <w:tcW w:type="dxa" w:w="988"/>
          </w:tcPr>
          <w:p/>
        </w:tc>
        <w:tc>
          <w:tcPr>
            <w:tcW w:type="dxa" w:w="1186"/>
          </w:tcPr>
          <w:p/>
        </w:tc>
        <w:tc>
          <w:tcPr>
            <w:tcW w:type="dxa" w:w="1482"/>
          </w:tcPr>
          <w:p/>
        </w:tc>
        <w:tc>
          <w:tcPr>
            <w:tcW w:type="dxa" w:w="988"/>
          </w:tcPr>
          <w:p/>
        </w:tc>
        <w:tc>
          <w:tcPr>
            <w:tcW w:type="dxa" w:w="988"/>
          </w:tcPr>
          <w:p/>
        </w:tc>
        <w:tc>
          <w:tcPr>
            <w:tcW w:type="dxa" w:w="1482"/>
          </w:tcPr>
          <w:p/>
        </w:tc>
        <w:tc>
          <w:tcPr>
            <w:tcW w:type="dxa" w:w="1087"/>
          </w:tcPr>
          <w:p/>
        </w:tc>
        <w:tc>
          <w:tcPr>
            <w:tcW w:type="dxa" w:w="692"/>
          </w:tcPr>
          <w:p/>
        </w:tc>
        <w:tc>
          <w:tcPr>
            <w:tcW w:type="dxa" w:w="692"/>
          </w:tcPr>
          <w:p/>
        </w:tc>
        <w:tc>
          <w:tcPr>
            <w:tcW w:type="dxa" w:w="593"/>
          </w:tcPr>
          <w:p/>
        </w:tc>
      </w:tr>
    </w:tbl>
    <w:p>
      <w:pPr>
        <w:bidi/>
        <w:spacing w:before="40" w:after="40"/>
      </w:pPr>
      <w:r>
        <w:rPr>
          <w:rFonts w:ascii="Arial" w:hAnsi="Arial" w:eastAsia="Arial" w:cs="Arial"/>
          <w:color w:val="5B6675"/>
          <w:sz w:val="14"/>
          <w:szCs w:val="14"/>
          <w:rtl/>
        </w:rPr>
        <w:t xml:space="preserve">عندما تصل مخالفة أو رسوم سالك أو درب، ابحث عن الحجز الذي يحمل السيارة نفسها ويشمل وقته الوقت المدوّن في الإشعار؛ فهو يدلّك على من كانت السيارة بحوزته.</w:t>
      </w:r>
    </w:p>
    <w:sectPr w:rsidR="00FC693F" w:rsidRPr="0006063C" w:rsidSect="00034616">
      <w:footerReference w:type="default" r:id="rId9"/>
      <w:pgSz w:w="11906" w:h="16838"/>
      <w:pgMar w:top="510" w:right="567" w:bottom="680" w:left="567"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A9B6C8"/>
      </w:pBdr>
      <w:bidi/>
      <w:spacing w:before="0" w:after="0"/>
      <w:jc w:val="center"/>
    </w:pPr>
    <w:r>
      <w:rPr>
        <w:rFonts w:ascii="Arial" w:hAnsi="Arial" w:eastAsia="Arial" w:cs="Arial"/>
        <w:b/>
        <w:bCs/>
        <w:color w:val="0B2A5B"/>
        <w:sz w:val="15"/>
        <w:szCs w:val="15"/>
        <w:rtl/>
      </w:rPr>
      <w:t xml:space="preserve">CT Mobility</w:t>
    </w:r>
    <w:r>
      <w:rPr>
        <w:rFonts w:ascii="Arial" w:hAnsi="Arial" w:eastAsia="Arial" w:cs="Arial"/>
        <w:color w:val="5B6675"/>
        <w:sz w:val="15"/>
        <w:szCs w:val="15"/>
        <w:rtl/>
      </w:rPr>
      <w:t xml:space="preserve">  ·  www.ct.ms</w:t>
    </w:r>
    <w:r>
      <w:rPr>
        <w:rFonts w:ascii="Arial" w:hAnsi="Arial" w:eastAsia="Arial" w:cs="Arial"/>
        <w:color w:val="5B6675"/>
        <w:sz w:val="14"/>
        <w:szCs w:val="14"/>
        <w:rtl/>
      </w:rPr>
      <w:t xml:space="preserve">   ·   </w:t>
    </w:r>
    <w:r>
      <w:rPr>
        <w:rFonts w:ascii="Arial" w:hAnsi="Arial" w:eastAsia="Arial" w:cs="Arial"/>
        <w:color w:val="5B6675"/>
        <w:sz w:val="14"/>
        <w:szCs w:val="14"/>
        <w:rtl/>
      </w:rPr>
      <w:t xml:space="preserve">نموذج طلب سيارة من الشركة · نموذج مجاني · الإصدار 1 · أكتوبر 2026  ·  صفحة </w:t>
    </w:r>
    <w:fldSimple w:instr="PAGE">
      <w:r>
        <w:rPr>
          <w:sz w:val="14"/>
          <w:szCs w:val="14"/>
        </w:rPr>
        <w:t>1</w:t>
      </w:r>
    </w:fldSimple>
    <w:r>
      <w:rPr>
        <w:rFonts w:ascii="Arial" w:hAnsi="Arial" w:eastAsia="Arial" w:cs="Arial"/>
        <w:color w:val="5B6675"/>
        <w:sz w:val="14"/>
        <w:szCs w:val="14"/>
        <w:rtl/>
      </w:rPr>
      <w:t xml:space="preserve"> من </w:t>
    </w:r>
    <w:fldSimple w:instr="NUMPAGES">
      <w:r>
        <w:rPr>
          <w:sz w:val="14"/>
          <w:szCs w:val="14"/>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bidi="ar-A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Arial" w:hAnsi="Arial" w:eastAsia="Arial" w:cs="Arial"/>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طلب سيارة من الشركة</dc:title>
  <dc:subject>نموذج طلب سيارة من الشركة</dc:subject>
  <dc:creator>CT Mobility</dc:creator>
  <cp:keywords>CT Mobility, www.ct.ms, UAE, company vehicle, template</cp:keywords>
  <dc:description>Template by CT Mobility - www.ct.ms</dc:description>
  <cp:lastModifiedBy>CT Mobility</cp:lastModifiedBy>
  <cp:revision>1</cp:revision>
  <dcterms:created xsi:type="dcterms:W3CDTF">2013-12-23T23:15:00Z</dcterms:created>
  <dcterms:modified xsi:type="dcterms:W3CDTF">2013-12-23T23:15:00Z</dcterms:modified>
  <cp:category/>
</cp:coreProperties>
</file>